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spacing w:after="20" w:before="0"/>
      </w:pPr>
      <w:r>
        <w:rPr>
          <w:b/>
          <w:sz w:val="34"/>
        </w:rPr>
        <w:t>Опросный лист</w:t>
      </w:r>
    </w:p>
    <w:p>
      <w:pPr>
        <w:keepNext w:val="0"/>
        <w:widowControl/>
        <w:spacing w:before="0" w:after="100" w:line="245" w:lineRule="auto"/>
        <w:ind w:left="0" w:right="0" w:firstLine="0"/>
      </w:pPr>
      <w:r>
        <w:rPr>
          <w:rFonts w:ascii="Arial" w:hAnsi="Arial"/>
          <w:b/>
          <w:i w:val="0"/>
          <w:color w:val="000000"/>
          <w:sz w:val="25"/>
        </w:rPr>
        <w:t>Стоки животного происхождения</w:t>
      </w:r>
    </w:p>
    <w:p>
      <w:pPr>
        <w:keepNext w:val="0"/>
        <w:widowControl/>
        <w:spacing w:before="0" w:after="120" w:line="245" w:lineRule="auto"/>
        <w:ind w:left="0" w:right="0" w:firstLine="0"/>
      </w:pPr>
      <w:r>
        <w:rPr>
          <w:rFonts w:ascii="Arial" w:hAnsi="Arial"/>
          <w:i w:val="0"/>
          <w:color w:val="000000"/>
          <w:sz w:val="20"/>
        </w:rPr>
        <w:t>Для целей разработки программы внедрения и последующего применения Биоаугментатора-биорегулятора «БИОФОКС»® на органических стоках животного происхождения.</w:t>
      </w:r>
    </w:p>
    <w:p>
      <w:pPr>
        <w:keepNext w:val="0"/>
        <w:widowControl/>
        <w:spacing w:before="0" w:after="80" w:line="245" w:lineRule="auto"/>
        <w:ind w:left="0" w:right="0" w:firstLine="0"/>
        <w:jc w:val="right"/>
      </w:pPr>
      <w:r>
        <w:rPr>
          <w:rFonts w:ascii="Arial" w:hAnsi="Arial"/>
          <w:i w:val="0"/>
          <w:color w:val="000000"/>
          <w:sz w:val="20"/>
        </w:rPr>
        <w:t>«_____»_____________20___ г.</w:t>
      </w:r>
    </w:p>
    <w:tbl>
      <w:tblPr>
        <w:jc w:val="center"/>
        <w:tblLayout w:type="fixed"/>
        <w:tblW w:w="10261" w:type="dxa"/>
        <w:tblBorders>
          <w:top w:val="single" w:sz="4" w:color="D9D9D9"/>
          <w:left w:val="single" w:sz="4" w:color="D9D9D9"/>
          <w:bottom w:val="single" w:sz="4" w:color="D9D9D9"/>
          <w:right w:val="single" w:sz="4" w:color="D9D9D9"/>
          <w:insideH w:val="single" w:sz="4" w:color="D9D9D9"/>
          <w:insideV w:val="single" w:sz="4" w:color="D9D9D9"/>
        </w:tblBorders>
        <w:tblCellMar>
          <w:top w:w="48" w:type="dxa"/>
          <w:bottom w:w="48" w:type="dxa"/>
          <w:left w:w="85" w:type="dxa"/>
          <w:right w:w="85" w:type="dxa"/>
        </w:tblCellMar>
      </w:tblPr>
      <w:tblGrid>
        <w:gridCol w:w="3724"/>
        <w:gridCol w:w="1356"/>
        <w:gridCol w:w="3084"/>
        <w:gridCol w:w="2097"/>
      </w:tblGrid>
      <w:tr>
        <w:trPr>
          <w:cantSplit/>
          <w:trHeight w:val="295" w:hRule="atLeast"/>
        </w:trPr>
        <w:tc>
          <w:tcPr>
            <w:tcW w:w="3724" w:type="dxa"/>
            <w:shd w:fill="F2F5F7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/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 xml:space="preserve">Регион: </w:t>
            </w:r>
          </w:p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 xml:space="preserve">Республика, Область, Край: </w:t>
            </w:r>
          </w:p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/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>Населённый пункт:</w:t>
            </w:r>
          </w:p>
        </w:tc>
        <w:tc>
          <w:tcPr>
            <w:tcW w:w="6537" w:type="dxa"/>
            <w:gridSpan w:val="3"/>
            <w:vAlign w:val="center"/>
            <w:shd w:fill="FFFFFF" w:val="clea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</w:r>
          </w:p>
        </w:tc>
      </w:tr>
      <w:tr>
        <w:trPr>
          <w:cantSplit/>
          <w:trHeight w:val="295" w:hRule="atLeast"/>
        </w:trPr>
        <w:tc>
          <w:tcPr>
            <w:tcW w:w="5080" w:type="dxa"/>
            <w:gridSpan w:val="2"/>
            <w:shd w:fill="F2F5F7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>ЗАЯВИТЕЛЬ (ИНН):</w:t>
            </w:r>
          </w:p>
        </w:tc>
        <w:tc>
          <w:tcPr>
            <w:tcW w:w="5181" w:type="dxa"/>
            <w:gridSpan w:val="2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</w:r>
          </w:p>
        </w:tc>
      </w:tr>
      <w:tr>
        <w:trPr>
          <w:cantSplit/>
          <w:trHeight w:val="295" w:hRule="atLeast"/>
        </w:trPr>
        <w:tc>
          <w:tcPr>
            <w:tcW w:w="5080" w:type="dxa"/>
            <w:gridSpan w:val="2"/>
            <w:shd w:fill="F2F5F7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/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 xml:space="preserve">Размеры каждой карты (лагуны)</w:t>
            </w:r>
          </w:p>
        </w:tc>
        <w:tc>
          <w:tcPr>
            <w:tcW w:w="5181" w:type="dxa"/>
            <w:gridSpan w:val="2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en-US"/>
              </w:rPr>
              <w:t xml:space="preserve">Значение</w:t>
            </w: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 xml:space="preserve"/>
            </w: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en-US"/>
              </w:rPr>
              <w:t/>
            </w: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 xml:space="preserve"/>
            </w:r>
          </w:p>
        </w:tc>
      </w:tr>
      <w:tr>
        <w:trPr>
          <w:cantSplit/>
          <w:trHeight w:val="295" w:hRule="atLeast"/>
        </w:trPr>
        <w:tc>
          <w:tcPr>
            <w:tcW w:w="5080" w:type="dxa"/>
            <w:gridSpan w:val="2"/>
            <w:shd w:fill="F2F5F7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/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 xml:space="preserve">* Длина, м</w:t>
            </w:r>
          </w:p>
        </w:tc>
        <w:tc>
          <w:tcPr>
            <w:tcW w:w="5181" w:type="dxa"/>
            <w:gridSpan w:val="2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en-US"/>
              </w:rPr>
              <w:t xml:space="preserve"/>
            </w: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 xml:space="preserve"/>
            </w: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en-US"/>
              </w:rPr>
              <w:t/>
            </w: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 xml:space="preserve"/>
            </w:r>
          </w:p>
        </w:tc>
      </w:tr>
      <w:tr>
        <w:trPr>
          <w:cantSplit/>
          <w:trHeight w:val="295" w:hRule="atLeast"/>
        </w:trPr>
        <w:tc>
          <w:tcPr>
            <w:tcW w:w="5080" w:type="dxa"/>
            <w:gridSpan w:val="2"/>
            <w:shd w:fill="F2F5F7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/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 xml:space="preserve">* Ширина, м</w:t>
            </w:r>
          </w:p>
        </w:tc>
        <w:tc>
          <w:tcPr>
            <w:tcW w:w="5181" w:type="dxa"/>
            <w:gridSpan w:val="2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en-US"/>
              </w:rPr>
              <w:t xml:space="preserve"/>
            </w: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 xml:space="preserve"/>
            </w: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en-US"/>
              </w:rPr>
              <w:t/>
            </w: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 xml:space="preserve"/>
            </w:r>
          </w:p>
        </w:tc>
      </w:tr>
      <w:tr>
        <w:trPr>
          <w:cantSplit/>
          <w:trHeight w:val="295" w:hRule="atLeast"/>
        </w:trPr>
        <w:tc>
          <w:tcPr>
            <w:tcW w:w="5080" w:type="dxa"/>
            <w:gridSpan w:val="2"/>
            <w:shd w:fill="F2F5F7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/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 xml:space="preserve">* Минимальная глубина, м</w:t>
            </w:r>
          </w:p>
        </w:tc>
        <w:tc>
          <w:tcPr>
            <w:tcW w:w="5181" w:type="dxa"/>
            <w:gridSpan w:val="2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en-US"/>
              </w:rPr>
              <w:t xml:space="preserve"/>
            </w: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 xml:space="preserve"/>
            </w: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en-US"/>
              </w:rPr>
              <w:t/>
            </w: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 xml:space="preserve"/>
            </w:r>
          </w:p>
        </w:tc>
      </w:tr>
      <w:tr>
        <w:trPr>
          <w:cantSplit/>
          <w:trHeight w:val="295" w:hRule="atLeast"/>
        </w:trPr>
        <w:tc>
          <w:tcPr>
            <w:tcW w:w="5080" w:type="dxa"/>
            <w:gridSpan w:val="2"/>
            <w:shd w:fill="F2F5F7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/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 xml:space="preserve">* Максимальная глубина, м</w:t>
            </w:r>
          </w:p>
        </w:tc>
        <w:tc>
          <w:tcPr>
            <w:tcW w:w="5181" w:type="dxa"/>
            <w:gridSpan w:val="2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en-US"/>
              </w:rPr>
              <w:t xml:space="preserve"/>
            </w: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 xml:space="preserve"/>
            </w: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en-US"/>
              </w:rPr>
              <w:t/>
            </w: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 xml:space="preserve"/>
            </w:r>
          </w:p>
        </w:tc>
      </w:tr>
      <w:tr>
        <w:trPr>
          <w:cantSplit/>
          <w:trHeight w:val="295" w:hRule="atLeast"/>
        </w:trPr>
        <w:tc>
          <w:tcPr>
            <w:tcW w:w="5080" w:type="dxa"/>
            <w:gridSpan w:val="2"/>
            <w:shd w:fill="F2F5F7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/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 xml:space="preserve">* Рабочий (полезный) объём, м³</w:t>
            </w:r>
          </w:p>
        </w:tc>
        <w:tc>
          <w:tcPr>
            <w:tcW w:w="5181" w:type="dxa"/>
            <w:gridSpan w:val="2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en-US"/>
              </w:rPr>
              <w:t xml:space="preserve"/>
            </w: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 xml:space="preserve"/>
            </w: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en-US"/>
              </w:rPr>
              <w:t/>
            </w: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 xml:space="preserve"/>
            </w:r>
          </w:p>
        </w:tc>
      </w:tr>
      <w:tr>
        <w:trPr>
          <w:cantSplit/>
          <w:trHeight w:val="295" w:hRule="atLeast"/>
        </w:trPr>
        <w:tc>
          <w:tcPr>
            <w:tcW w:w="5080" w:type="dxa"/>
            <w:gridSpan w:val="2"/>
            <w:shd w:fill="F2F5F7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/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 xml:space="preserve">* Количество карт (лагун, прудов-окислителей), шт.</w:t>
            </w:r>
          </w:p>
        </w:tc>
        <w:tc>
          <w:tcPr>
            <w:tcW w:w="5181" w:type="dxa"/>
            <w:gridSpan w:val="2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en-US"/>
              </w:rPr>
              <w:t xml:space="preserve"/>
            </w: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 xml:space="preserve"/>
            </w: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en-US"/>
              </w:rPr>
              <w:t/>
            </w: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 xml:space="preserve"/>
            </w:r>
          </w:p>
        </w:tc>
      </w:tr>
      <w:tr>
        <w:trPr>
          <w:cantSplit/>
          <w:trHeight w:val="295" w:hRule="atLeast"/>
        </w:trPr>
        <w:tc>
          <w:tcPr>
            <w:tcW w:w="5080" w:type="dxa"/>
            <w:gridSpan w:val="2"/>
            <w:shd w:fill="F2F5F7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 xml:space="preserve">Фактическое состояние карт </w:t>
            </w: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>(лагун)</w:t>
            </w: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>:</w:t>
            </w:r>
          </w:p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/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>*</w:t>
            </w: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>Наличие сепарации (на фугат и кек):</w:t>
            </w:r>
          </w:p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 xml:space="preserve">% заполнения </w:t>
            </w: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>*</w:t>
            </w: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>:</w:t>
            </w:r>
          </w:p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 xml:space="preserve">* Толщина слоя надосадочной воды, м (если влажность органической массы неизвестна):</w:t>
            </w: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/>
            </w:r>
          </w:p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>*</w:t>
            </w: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 xml:space="preserve">Период накопления карт (лагун) органическими массами (ОМ), в сутках: </w:t>
            </w:r>
          </w:p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/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>*</w:t>
            </w: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 xml:space="preserve">Период пребывания накопленных ОМ в картах, в сутках: </w:t>
            </w:r>
          </w:p>
        </w:tc>
        <w:tc>
          <w:tcPr>
            <w:tcW w:w="5181" w:type="dxa"/>
            <w:gridSpan w:val="2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before="0" w:after="40" w:line="245" w:lineRule="auto"/>
              <w:ind w:left="0" w:righ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 xml:space="preserve"> </w:t>
            </w:r>
          </w:p>
        </w:tc>
      </w:tr>
      <w:tr>
        <w:trPr>
          <w:cantSplit/>
          <w:trHeight w:val="295" w:hRule="atLeast"/>
        </w:trPr>
        <w:tc>
          <w:tcPr>
            <w:tcW w:w="5080" w:type="dxa"/>
            <w:gridSpan w:val="2"/>
            <w:shd w:fill="F2F5F7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 xml:space="preserve">* Суточный объём органической массы, поступающей на карты, м³/сут:</w:t>
            </w: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/>
            </w: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vertAlign w:val="superscript"/>
                <w:lang w:val="ru-RU"/>
              </w:rPr>
              <w:t/>
            </w: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/>
            </w:r>
          </w:p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>- средняя месячная фактическая нагрузка</w:t>
            </w:r>
          </w:p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 xml:space="preserve">(м³/сут) *:</w:t>
            </w: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vertAlign w:val="superscript"/>
                <w:lang w:val="ru-RU"/>
              </w:rPr>
              <w:t/>
            </w: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/>
            </w: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 xml:space="preserve"/>
            </w: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/>
            </w:r>
          </w:p>
        </w:tc>
        <w:tc>
          <w:tcPr>
            <w:tcW w:w="5181" w:type="dxa"/>
            <w:gridSpan w:val="2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</w:r>
          </w:p>
        </w:tc>
      </w:tr>
      <w:tr>
        <w:trPr>
          <w:cantSplit/>
          <w:trHeight w:val="295" w:hRule="atLeast"/>
        </w:trPr>
        <w:tc>
          <w:tcPr>
            <w:tcW w:w="5080" w:type="dxa"/>
            <w:gridSpan w:val="2"/>
            <w:shd w:fill="F2F5F7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>Способ поступления (доставки, транспортировки) ОМ на карты</w:t>
            </w: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>*</w:t>
            </w: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>:</w:t>
            </w:r>
          </w:p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>Наличие КНС</w:t>
            </w: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>*</w:t>
            </w: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>:</w:t>
            </w:r>
          </w:p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 xml:space="preserve">Объём резервуара-накопителя КНС (м³) *:</w:t>
            </w: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vertAlign w:val="superscript"/>
                <w:lang w:val="ru-RU"/>
              </w:rPr>
              <w:t/>
            </w: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/>
            </w: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 xml:space="preserve"/>
            </w:r>
          </w:p>
        </w:tc>
        <w:tc>
          <w:tcPr>
            <w:tcW w:w="5181" w:type="dxa"/>
            <w:gridSpan w:val="2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</w:r>
          </w:p>
        </w:tc>
      </w:tr>
      <w:tr>
        <w:trPr>
          <w:cantSplit/>
          <w:trHeight w:val="295" w:hRule="atLeast"/>
        </w:trPr>
        <w:tc>
          <w:tcPr>
            <w:tcW w:w="5080" w:type="dxa"/>
            <w:gridSpan w:val="2"/>
            <w:shd w:fill="F2F5F7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 xml:space="preserve">При самотёчной подаче органической массы укажите длину пути до карты, м *:</w:t>
            </w: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/>
            </w:r>
          </w:p>
        </w:tc>
        <w:tc>
          <w:tcPr>
            <w:tcW w:w="5181" w:type="dxa"/>
            <w:gridSpan w:val="2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</w:r>
          </w:p>
        </w:tc>
      </w:tr>
    </w:tbl>
    <w:p>
      <w:r>
        <w:br w:type="page"/>
      </w:r>
    </w:p>
    <w:p>
      <w:pPr>
        <w:keepNext w:val="0"/>
        <w:widowControl/>
        <w:spacing w:before="0" w:after="120" w:line="245" w:lineRule="auto"/>
        <w:ind w:left="0" w:right="0" w:firstLine="0"/>
      </w:pPr>
      <w:r>
        <w:rPr>
          <w:rFonts w:ascii="Arial" w:hAnsi="Arial"/>
          <w:b/>
          <w:i w:val="0"/>
          <w:color w:val="000000"/>
          <w:sz w:val="25"/>
        </w:rPr>
        <w:t>Стоки животного происхождения</w:t>
      </w:r>
    </w:p>
    <w:tbl>
      <w:tblPr>
        <w:jc w:val="center"/>
        <w:tblLayout w:type="fixed"/>
        <w:tblW w:w="10261" w:type="dxa"/>
        <w:tblBorders>
          <w:top w:val="single" w:sz="4" w:color="D9D9D9"/>
          <w:left w:val="single" w:sz="4" w:color="D9D9D9"/>
          <w:bottom w:val="single" w:sz="4" w:color="D9D9D9"/>
          <w:right w:val="single" w:sz="4" w:color="D9D9D9"/>
          <w:insideH w:val="single" w:sz="4" w:color="D9D9D9"/>
          <w:insideV w:val="single" w:sz="4" w:color="D9D9D9"/>
        </w:tblBorders>
        <w:tblCellMar>
          <w:top w:w="48" w:type="dxa"/>
          <w:bottom w:w="48" w:type="dxa"/>
          <w:left w:w="85" w:type="dxa"/>
          <w:right w:w="85" w:type="dxa"/>
        </w:tblCellMar>
      </w:tblPr>
      <w:tblGrid>
        <w:gridCol w:w="3724"/>
        <w:gridCol w:w="1356"/>
        <w:gridCol w:w="3084"/>
        <w:gridCol w:w="2097"/>
      </w:tblGrid>
      <w:tr>
        <w:trPr>
          <w:cantSplit/>
          <w:tblHeader/>
          <w:trHeight w:val="295" w:hRule="atLeast"/>
        </w:trPr>
        <w:tc>
          <w:tcPr>
            <w:tcW w:w="5080" w:type="dxa"/>
            <w:gridSpan w:val="2"/>
            <w:shd w:fill="143A4B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/>
            </w:pPr>
            <w:r>
              <w:rPr>
                <w:rFonts w:cs="Times New Roman" w:ascii="Arial" w:hAnsi="Arial"/>
                <w:b/>
                <w:i w:val="0"/>
                <w:color w:val="FFFFFF"/>
                <w:sz w:val="19"/>
                <w:szCs w:val="24"/>
                <w:lang w:val="ru-RU"/>
              </w:rPr>
              <w:t xml:space="preserve">Усредненные показатели качества надосадочной воды </w:t>
            </w:r>
            <w:r>
              <w:rPr>
                <w:rFonts w:cs="Times New Roman" w:ascii="Arial" w:hAnsi="Arial"/>
                <w:b/>
                <w:i w:val="0"/>
                <w:color w:val="FFFFFF"/>
                <w:sz w:val="19"/>
                <w:szCs w:val="24"/>
                <w:vertAlign w:val="superscript"/>
                <w:lang w:val="ru-RU"/>
              </w:rPr>
              <w:t xml:space="preserve">3 </w:t>
            </w:r>
            <w:r>
              <w:rPr>
                <w:rFonts w:cs="Times New Roman" w:ascii="Arial" w:hAnsi="Arial"/>
                <w:b/>
                <w:i w:val="0"/>
                <w:color w:val="FFFFFF"/>
                <w:sz w:val="19"/>
                <w:szCs w:val="24"/>
                <w:lang w:val="ru-RU"/>
              </w:rPr>
              <w:t xml:space="preserve"> </w:t>
            </w:r>
          </w:p>
        </w:tc>
        <w:tc>
          <w:tcPr>
            <w:tcW w:w="3084" w:type="dxa"/>
            <w:vAlign w:val="center"/>
            <w:shd w:fill="143A4B" w:val="clear"/>
          </w:tcPr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cs="Times New Roman" w:ascii="Arial" w:hAnsi="Arial"/>
                <w:b/>
                <w:i w:val="0"/>
                <w:color w:val="FFFFFF"/>
                <w:sz w:val="19"/>
                <w:szCs w:val="24"/>
                <w:lang w:val="ru-RU"/>
              </w:rPr>
              <w:t>На картах ОМ</w:t>
            </w:r>
          </w:p>
        </w:tc>
        <w:tc>
          <w:tcPr>
            <w:tcW w:w="2097" w:type="dxa"/>
            <w:vAlign w:val="center"/>
            <w:shd w:fill="143A4B" w:val="clear"/>
          </w:tcPr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cs="Times New Roman" w:ascii="Arial" w:hAnsi="Arial"/>
                <w:b/>
                <w:i w:val="0"/>
                <w:color w:val="FFFFFF"/>
                <w:sz w:val="19"/>
                <w:szCs w:val="24"/>
                <w:lang w:val="ru-RU"/>
              </w:rPr>
              <w:t>Установленные нормативы (при наличии)</w:t>
            </w:r>
          </w:p>
        </w:tc>
      </w:tr>
      <w:tr>
        <w:trPr>
          <w:cantSplit/>
          <w:trHeight w:val="340" w:hRule="atLeast"/>
        </w:trPr>
        <w:tc>
          <w:tcPr>
            <w:tcW w:w="5080" w:type="dxa"/>
            <w:gridSpan w:val="2"/>
            <w:shd w:fill="F2F5F7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 xml:space="preserve">Водородный показатель (pH)</w:t>
            </w: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en-US"/>
              </w:rPr>
              <w:t/>
            </w:r>
          </w:p>
        </w:tc>
        <w:tc>
          <w:tcPr>
            <w:tcW w:w="3084" w:type="dxa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097" w:type="dxa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>
        <w:trPr>
          <w:cantSplit/>
          <w:trHeight w:val="340" w:hRule="atLeast"/>
        </w:trPr>
        <w:tc>
          <w:tcPr>
            <w:tcW w:w="5080" w:type="dxa"/>
            <w:gridSpan w:val="2"/>
            <w:shd w:fill="F2F5F7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 xml:space="preserve"> </w:t>
            </w: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>ХПК</w:t>
            </w:r>
          </w:p>
        </w:tc>
        <w:tc>
          <w:tcPr>
            <w:tcW w:w="3084" w:type="dxa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097" w:type="dxa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>
        <w:trPr>
          <w:cantSplit/>
          <w:trHeight w:val="340" w:hRule="atLeast"/>
        </w:trPr>
        <w:tc>
          <w:tcPr>
            <w:tcW w:w="5080" w:type="dxa"/>
            <w:gridSpan w:val="2"/>
            <w:shd w:fill="F2F5F7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 xml:space="preserve"> </w:t>
            </w: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>БПК</w:t>
            </w:r>
          </w:p>
        </w:tc>
        <w:tc>
          <w:tcPr>
            <w:tcW w:w="3084" w:type="dxa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097" w:type="dxa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>
        <w:trPr>
          <w:cantSplit/>
          <w:trHeight w:val="340" w:hRule="atLeast"/>
        </w:trPr>
        <w:tc>
          <w:tcPr>
            <w:tcW w:w="5080" w:type="dxa"/>
            <w:gridSpan w:val="2"/>
            <w:shd w:fill="F2F5F7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 xml:space="preserve"> </w:t>
            </w: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>Азот аммонийный</w:t>
            </w:r>
          </w:p>
        </w:tc>
        <w:tc>
          <w:tcPr>
            <w:tcW w:w="3084" w:type="dxa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097" w:type="dxa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>
        <w:trPr>
          <w:cantSplit/>
          <w:trHeight w:val="340" w:hRule="atLeast"/>
        </w:trPr>
        <w:tc>
          <w:tcPr>
            <w:tcW w:w="5080" w:type="dxa"/>
            <w:gridSpan w:val="2"/>
            <w:shd w:fill="F2F5F7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 xml:space="preserve"> </w:t>
            </w: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>* Запах (баллы или пороговая интенсивность)</w:t>
            </w:r>
          </w:p>
        </w:tc>
        <w:tc>
          <w:tcPr>
            <w:tcW w:w="3084" w:type="dxa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097" w:type="dxa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>
        <w:trPr>
          <w:cantSplit/>
          <w:trHeight w:val="295" w:hRule="atLeast"/>
        </w:trPr>
        <w:tc>
          <w:tcPr>
            <w:tcW w:w="5080" w:type="dxa"/>
            <w:gridSpan w:val="2"/>
            <w:shd w:fill="F2F5F7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 xml:space="preserve">* </w:t>
            </w: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18"/>
                <w:lang w:val="ru-RU"/>
              </w:rPr>
              <w:t>позиции обязательные к отражению данных</w:t>
            </w:r>
          </w:p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0"/>
                <w:lang w:val="ru-RU"/>
              </w:rPr>
              <w:t>Ф.И.О. сотрудника, уполномоченного на решение вопросов, контактный телефон и иные контактные данные:</w:t>
            </w:r>
          </w:p>
        </w:tc>
        <w:tc>
          <w:tcPr>
            <w:tcW w:w="5181" w:type="dxa"/>
            <w:gridSpan w:val="2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</w:r>
          </w:p>
        </w:tc>
      </w:tr>
    </w:tbl>
    <w:p>
      <w:pPr>
        <w:keepNext w:val="0"/>
        <w:widowControl/>
        <w:spacing w:before="60" w:after="0" w:line="245" w:lineRule="auto"/>
        <w:ind w:left="0" w:right="0" w:firstLine="0"/>
      </w:pPr>
      <w:r>
        <w:rPr>
          <w:rFonts w:ascii="Arial" w:hAnsi="Arial"/>
          <w:i w:val="0"/>
          <w:color w:val="000000"/>
          <w:sz w:val="18"/>
        </w:rPr>
        <w:t>1 Опросный лист предназначен для предварительной оценки задачи. Условия сотрудничества стороны согласуют отдельно.</w:t>
      </w:r>
    </w:p>
    <w:p>
      <w:pPr>
        <w:keepNext w:val="0"/>
        <w:widowControl/>
        <w:spacing w:before="20" w:after="0" w:line="245" w:lineRule="auto"/>
        <w:ind w:left="0" w:right="0" w:firstLine="0"/>
      </w:pPr>
      <w:r>
        <w:rPr>
          <w:rFonts w:ascii="Arial" w:hAnsi="Arial"/>
          <w:i w:val="0"/>
          <w:color w:val="000000"/>
          <w:sz w:val="18"/>
        </w:rPr>
        <w:t>2 Форма и концепция данного документа является собственностью и разработкой компании КСПТ «РАСТР»</w:t>
      </w:r>
    </w:p>
    <w:p>
      <w:pPr>
        <w:keepNext w:val="0"/>
        <w:widowControl/>
        <w:spacing w:before="20" w:after="0" w:line="245" w:lineRule="auto"/>
        <w:ind w:left="0" w:right="0" w:firstLine="0"/>
      </w:pPr>
      <w:r>
        <w:rPr>
          <w:rFonts w:ascii="Arial" w:hAnsi="Arial"/>
          <w:i w:val="0"/>
          <w:color w:val="000000"/>
          <w:sz w:val="18"/>
        </w:rPr>
        <w:t>3 При наличии перед утилизацией ОМ Очистных сооружений, необходимо запросить  Опросный лист для Очистных сооружений.</w:t>
      </w:r>
    </w:p>
    <w:p>
      <w:pPr>
        <w:keepNext w:val="0"/>
        <w:widowControl/>
        <w:spacing w:before="20" w:after="0" w:line="245" w:lineRule="auto"/>
        <w:ind w:left="0" w:right="0" w:firstLine="0"/>
      </w:pPr>
      <w:r>
        <w:rPr>
          <w:rFonts w:ascii="Arial" w:hAnsi="Arial"/>
          <w:i w:val="0"/>
          <w:color w:val="000000"/>
          <w:sz w:val="18"/>
        </w:rPr>
        <w:t>4 Сведения из анкеты РАСТР использует для оценки задачи и подготовки рекомендаций. Доступ к сведениям ограничен кругом лиц, которым он необходим для обработки обращения. Политика обработки персональных данных:</w:t>
        <w:br/>
      </w:r>
      <w:hyperlink r:id="rIdQuestionnairePrivacy">
        <w:r>
          <w:rPr>
            <w:rFonts w:ascii="Arial" w:hAnsi="Arial"/>
            <w:i w:val="0"/>
            <w:color w:val="174B50"/>
            <w:sz w:val="18"/>
            <w:u w:val="single"/>
          </w:rPr>
          <w:t>biofox-rastr.com/ru/privacy/</w:t>
        </w:r>
      </w:hyperlink>
    </w:p>
    <w:p>
      <w:pPr>
        <w:keepNext w:val="0"/>
        <w:widowControl/>
        <w:spacing w:before="20" w:after="0" w:line="245" w:lineRule="auto"/>
        <w:ind w:left="0" w:right="0" w:firstLine="0"/>
      </w:pPr>
      <w:r>
        <w:rPr>
          <w:rFonts w:ascii="Arial" w:hAnsi="Arial"/>
          <w:i w:val="0"/>
          <w:color w:val="000000"/>
          <w:sz w:val="18"/>
        </w:rPr>
        <w:t>5 Рекомендуется предоставлять топографическое изображение карт из Яндекс карт.</w:t>
      </w:r>
    </w:p>
    <w:p>
      <w:pPr>
        <w:keepNext w:val="0"/>
        <w:widowControl/>
        <w:spacing w:before="180" w:after="0" w:line="245" w:lineRule="auto"/>
        <w:ind w:left="0" w:right="0" w:firstLine="0"/>
      </w:pPr>
      <w:r>
        <w:rPr>
          <w:rFonts w:ascii="Arial" w:hAnsi="Arial"/>
          <w:i w:val="0"/>
          <w:color w:val="000000"/>
          <w:sz w:val="19"/>
        </w:rPr>
        <w:t>____________________       ____________________       __________________________</w:t>
      </w:r>
    </w:p>
    <w:p>
      <w:pPr>
        <w:keepNext w:val="0"/>
        <w:widowControl/>
        <w:spacing w:before="0" w:after="0" w:line="245" w:lineRule="auto"/>
        <w:ind w:left="0" w:right="0" w:firstLine="0"/>
      </w:pPr>
      <w:r>
        <w:rPr>
          <w:rFonts w:ascii="Arial" w:hAnsi="Arial"/>
          <w:i w:val="0"/>
          <w:color w:val="000000"/>
          <w:sz w:val="17"/>
        </w:rPr>
        <w:t>Должность                                      Подпись                                      Расшифровка подписи</w:t>
      </w:r>
    </w:p>
    <w:p>
      <w:pPr>
        <w:keepNext w:val="0"/>
        <w:widowControl/>
        <w:spacing w:before="80" w:after="0" w:line="245" w:lineRule="auto"/>
        <w:ind w:left="0" w:right="0" w:firstLine="0"/>
      </w:pPr>
      <w:r>
        <w:rPr>
          <w:rFonts w:ascii="Arial" w:hAnsi="Arial"/>
          <w:i w:val="0"/>
          <w:color w:val="000000"/>
          <w:sz w:val="18"/>
        </w:rPr>
        <w:t>М.П.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389" w:right="822" w:bottom="709" w:left="822" w:header="340" w:footer="312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right"/>
    </w:pPr>
    <w:r>
      <w:rPr>
        <w:color w:val="66747D"/>
        <w:sz w:val="16"/>
      </w:rPr>
      <w:t xml:space="preserve">БИОФОКС  /  Опросный лист  ·  </w:t>
    </w:r>
    <w:fldSimple w:instr="PAGE"/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tabs>
        <w:tab w:pos="1814" w:val="left"/>
        <w:tab w:pos="10261" w:val="right"/>
      </w:tabs>
      <w:spacing w:after="0"/>
    </w:pPr>
    <w:r>
      <w:drawing>
        <wp:inline xmlns:a="http://schemas.openxmlformats.org/drawingml/2006/main" xmlns:pic="http://schemas.openxmlformats.org/drawingml/2006/picture">
          <wp:extent cx="1007999" cy="434700"/>
          <wp:docPr id="1" name="Picture 1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0" name="logo-original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07999" cy="434700"/>
                  </a:xfrm>
                  <a:prstGeom prst="rect"/>
                </pic:spPr>
              </pic:pic>
            </a:graphicData>
          </a:graphic>
        </wp:inline>
      </w:drawing>
    </w:r>
    <w:r>
      <w:rPr>
        <w:rFonts w:ascii="Arial" w:hAnsi="Arial"/>
        <w:b/>
        <w:sz w:val="22"/>
      </w:rPr>
      <w:tab/>
      <w:t>ООО КСПТ «РАСТР»</w:t>
    </w:r>
    <w:r>
      <w:rPr>
        <w:sz w:val="20"/>
      </w:rPr>
      <w:tab/>
      <w:t>8 800 600-74-32</w:t>
    </w:r>
  </w:p>
  <w:p>
    <w:pPr>
      <w:keepNext w:val="0"/>
      <w:widowControl/>
      <w:spacing w:before="0" w:after="0" w:line="245" w:lineRule="auto"/>
      <w:ind w:left="0" w:right="0" w:firstLine="0"/>
      <w:jc w:val="right"/>
    </w:pPr>
    <w:r>
      <w:rPr>
        <w:rFonts w:ascii="Arial" w:hAnsi="Arial"/>
        <w:i w:val="0"/>
        <w:color w:val="000000"/>
        <w:sz w:val="17"/>
      </w:rPr>
      <w:t>kspt-rastr@bk.ru   ·   Москва, проспект Мира, 106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0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color w:val="000000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Arial" w:hAnsi="Arial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QuestionnairePrivacy" Type="http://schemas.openxmlformats.org/officeDocument/2006/relationships/hyperlink" Target="https://biofox-rastr.com/ru/privacy/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Опросный лист БИОФОКС — Стоки животного происхождения</dc:title>
  <dc:subject/>
  <dc:creator>ООО КСПТ «РАСТР»</dc:creator>
  <cp:keywords/>
  <dc:description>generated by python-docx</dc:description>
  <cp:lastModifiedBy>ООО КСПТ «РАСТР»</cp:lastModifiedBy>
  <cp:revision>1</cp:revision>
  <dcterms:created xsi:type="dcterms:W3CDTF">2013-12-23T23:15:00Z</dcterms:created>
  <dcterms:modified xsi:type="dcterms:W3CDTF">2013-12-23T23:15:00Z</dcterms:modified>
  <cp:category/>
</cp:coreProperties>
</file>